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EBFC" w14:textId="77777777" w:rsidR="000E4734" w:rsidRPr="000D0637" w:rsidRDefault="003E7976" w:rsidP="00CC150E">
      <w:pPr>
        <w:pStyle w:val="Nzev"/>
        <w:spacing w:after="0"/>
        <w:jc w:val="center"/>
        <w:rPr>
          <w:sz w:val="36"/>
        </w:rPr>
      </w:pPr>
      <w:r w:rsidRPr="000D0637">
        <w:rPr>
          <w:sz w:val="36"/>
        </w:rPr>
        <w:t>ŽÁDOST O SERVIS</w:t>
      </w:r>
      <w:r w:rsidR="00237D8F">
        <w:rPr>
          <w:sz w:val="36"/>
        </w:rPr>
        <w:t>*</w:t>
      </w:r>
      <w:r w:rsidRPr="000D0637">
        <w:rPr>
          <w:sz w:val="36"/>
        </w:rPr>
        <w:t xml:space="preserve"> / REKLAMACI ZBOŽÍ</w:t>
      </w:r>
      <w:r w:rsidR="00237D8F">
        <w:rPr>
          <w:sz w:val="36"/>
        </w:rPr>
        <w:t>*</w:t>
      </w:r>
    </w:p>
    <w:p w14:paraId="1100FC9D" w14:textId="77777777" w:rsidR="00CC150E" w:rsidRPr="000D0637" w:rsidRDefault="00CC150E" w:rsidP="00CC150E">
      <w:pPr>
        <w:spacing w:after="0" w:line="240" w:lineRule="auto"/>
        <w:jc w:val="center"/>
        <w:rPr>
          <w:b/>
          <w:sz w:val="20"/>
        </w:rPr>
      </w:pPr>
      <w:proofErr w:type="spellStart"/>
      <w:r w:rsidRPr="000D0637">
        <w:rPr>
          <w:b/>
          <w:sz w:val="20"/>
        </w:rPr>
        <w:t>pouze</w:t>
      </w:r>
      <w:proofErr w:type="spellEnd"/>
      <w:r w:rsidRPr="000D0637">
        <w:rPr>
          <w:b/>
          <w:sz w:val="20"/>
        </w:rPr>
        <w:t xml:space="preserve"> </w:t>
      </w:r>
      <w:proofErr w:type="spellStart"/>
      <w:r w:rsidRPr="000D0637">
        <w:rPr>
          <w:b/>
          <w:sz w:val="20"/>
        </w:rPr>
        <w:t>zboží</w:t>
      </w:r>
      <w:proofErr w:type="spellEnd"/>
      <w:r w:rsidRPr="000D0637">
        <w:rPr>
          <w:b/>
          <w:sz w:val="20"/>
        </w:rPr>
        <w:t xml:space="preserve"> </w:t>
      </w:r>
      <w:proofErr w:type="spellStart"/>
      <w:r w:rsidRPr="000D0637">
        <w:rPr>
          <w:b/>
          <w:sz w:val="20"/>
        </w:rPr>
        <w:t>zakoupené</w:t>
      </w:r>
      <w:proofErr w:type="spellEnd"/>
      <w:r w:rsidRPr="000D0637">
        <w:rPr>
          <w:b/>
          <w:sz w:val="20"/>
        </w:rPr>
        <w:t xml:space="preserve"> u ASTRA</w:t>
      </w:r>
    </w:p>
    <w:tbl>
      <w:tblPr>
        <w:tblStyle w:val="Mkatabulky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235"/>
        <w:gridCol w:w="7938"/>
      </w:tblGrid>
      <w:tr w:rsidR="006B4EE5" w:rsidRPr="000D0637" w14:paraId="0170B6B5" w14:textId="77777777" w:rsidTr="000D0637">
        <w:trPr>
          <w:trHeight w:val="356"/>
        </w:trPr>
        <w:tc>
          <w:tcPr>
            <w:tcW w:w="2235" w:type="dxa"/>
            <w:vAlign w:val="center"/>
          </w:tcPr>
          <w:p w14:paraId="6DE7D33F" w14:textId="77777777" w:rsidR="006B4EE5" w:rsidRPr="000D0637" w:rsidRDefault="006B4EE5" w:rsidP="000D0637">
            <w:pPr>
              <w:rPr>
                <w:sz w:val="14"/>
              </w:rPr>
            </w:pPr>
            <w:proofErr w:type="spellStart"/>
            <w:r w:rsidRPr="000D0637">
              <w:rPr>
                <w:sz w:val="14"/>
              </w:rPr>
              <w:t>Číslo</w:t>
            </w:r>
            <w:proofErr w:type="spellEnd"/>
            <w:r w:rsidRPr="000D0637">
              <w:rPr>
                <w:sz w:val="14"/>
              </w:rPr>
              <w:t xml:space="preserve"> </w:t>
            </w:r>
            <w:proofErr w:type="spellStart"/>
            <w:r w:rsidRPr="000D0637">
              <w:rPr>
                <w:sz w:val="14"/>
              </w:rPr>
              <w:t>případu</w:t>
            </w:r>
            <w:proofErr w:type="spellEnd"/>
            <w:r w:rsidR="00CC150E" w:rsidRPr="000D0637">
              <w:rPr>
                <w:sz w:val="14"/>
              </w:rPr>
              <w:t>/</w:t>
            </w:r>
            <w:proofErr w:type="spellStart"/>
            <w:r w:rsidR="00CC150E" w:rsidRPr="00237D8F">
              <w:rPr>
                <w:sz w:val="12"/>
              </w:rPr>
              <w:t>vyplní</w:t>
            </w:r>
            <w:proofErr w:type="spellEnd"/>
            <w:r w:rsidR="00CC150E" w:rsidRPr="00237D8F">
              <w:rPr>
                <w:sz w:val="12"/>
              </w:rPr>
              <w:t xml:space="preserve"> ASTRA</w:t>
            </w:r>
          </w:p>
        </w:tc>
        <w:tc>
          <w:tcPr>
            <w:tcW w:w="7938" w:type="dxa"/>
          </w:tcPr>
          <w:p w14:paraId="71A00B46" w14:textId="77777777" w:rsidR="006B4EE5" w:rsidRPr="000D0637" w:rsidRDefault="006B4EE5" w:rsidP="000D0637">
            <w:pPr>
              <w:rPr>
                <w:sz w:val="14"/>
              </w:rPr>
            </w:pPr>
          </w:p>
          <w:p w14:paraId="23DD7225" w14:textId="77777777" w:rsidR="006B4EE5" w:rsidRPr="000D0637" w:rsidRDefault="006B4EE5" w:rsidP="000D0637">
            <w:pPr>
              <w:rPr>
                <w:sz w:val="14"/>
              </w:rPr>
            </w:pPr>
          </w:p>
        </w:tc>
      </w:tr>
    </w:tbl>
    <w:p w14:paraId="5C1DF93F" w14:textId="77777777" w:rsidR="006B4EE5" w:rsidRPr="000D0637" w:rsidRDefault="003E7976" w:rsidP="000D0637">
      <w:pPr>
        <w:spacing w:after="0" w:line="240" w:lineRule="auto"/>
        <w:rPr>
          <w:sz w:val="18"/>
        </w:rPr>
      </w:pPr>
      <w:r>
        <w:br/>
      </w:r>
      <w:proofErr w:type="spellStart"/>
      <w:r w:rsidRPr="000D0637">
        <w:rPr>
          <w:sz w:val="18"/>
        </w:rPr>
        <w:t>Identifikační</w:t>
      </w:r>
      <w:proofErr w:type="spellEnd"/>
      <w:r w:rsidRPr="000D0637">
        <w:rPr>
          <w:sz w:val="18"/>
        </w:rPr>
        <w:t xml:space="preserve"> </w:t>
      </w:r>
      <w:proofErr w:type="spellStart"/>
      <w:r w:rsidRPr="000D0637">
        <w:rPr>
          <w:sz w:val="18"/>
        </w:rPr>
        <w:t>údaje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7938"/>
      </w:tblGrid>
      <w:tr w:rsidR="006B4EE5" w:rsidRPr="000D0637" w14:paraId="5B044A9E" w14:textId="77777777" w:rsidTr="000D0637">
        <w:tc>
          <w:tcPr>
            <w:tcW w:w="2235" w:type="dxa"/>
            <w:vAlign w:val="center"/>
          </w:tcPr>
          <w:p w14:paraId="04EFC846" w14:textId="77777777" w:rsidR="006B4EE5" w:rsidRPr="000D0637" w:rsidRDefault="006B4EE5" w:rsidP="00237D8F">
            <w:pPr>
              <w:rPr>
                <w:sz w:val="18"/>
              </w:rPr>
            </w:pPr>
            <w:proofErr w:type="spellStart"/>
            <w:r w:rsidRPr="000D0637">
              <w:rPr>
                <w:sz w:val="18"/>
              </w:rPr>
              <w:t>Jméno</w:t>
            </w:r>
            <w:proofErr w:type="spellEnd"/>
            <w:r w:rsidRPr="000D0637">
              <w:rPr>
                <w:sz w:val="18"/>
              </w:rPr>
              <w:t xml:space="preserve"> a </w:t>
            </w:r>
            <w:proofErr w:type="spellStart"/>
            <w:r w:rsidRPr="000D0637">
              <w:rPr>
                <w:sz w:val="18"/>
              </w:rPr>
              <w:t>Příjmení</w:t>
            </w:r>
            <w:proofErr w:type="spellEnd"/>
          </w:p>
        </w:tc>
        <w:tc>
          <w:tcPr>
            <w:tcW w:w="7938" w:type="dxa"/>
          </w:tcPr>
          <w:p w14:paraId="7DE2D0F6" w14:textId="77777777" w:rsidR="006B4EE5" w:rsidRPr="000D0637" w:rsidRDefault="006B4EE5" w:rsidP="000D0637">
            <w:pPr>
              <w:rPr>
                <w:sz w:val="18"/>
              </w:rPr>
            </w:pPr>
          </w:p>
          <w:p w14:paraId="01775BAA" w14:textId="77777777" w:rsidR="006B4EE5" w:rsidRPr="000D0637" w:rsidRDefault="006B4EE5" w:rsidP="000D0637">
            <w:pPr>
              <w:rPr>
                <w:sz w:val="18"/>
              </w:rPr>
            </w:pPr>
          </w:p>
        </w:tc>
      </w:tr>
      <w:tr w:rsidR="006B4EE5" w:rsidRPr="000D0637" w14:paraId="493C6FCD" w14:textId="77777777" w:rsidTr="000D0637">
        <w:tc>
          <w:tcPr>
            <w:tcW w:w="2235" w:type="dxa"/>
            <w:vAlign w:val="center"/>
          </w:tcPr>
          <w:p w14:paraId="4EAF82A4" w14:textId="77777777" w:rsidR="006B4EE5" w:rsidRPr="000D0637" w:rsidRDefault="006B4EE5" w:rsidP="00DE5109">
            <w:pPr>
              <w:rPr>
                <w:sz w:val="18"/>
              </w:rPr>
            </w:pPr>
            <w:proofErr w:type="spellStart"/>
            <w:r w:rsidRPr="000D0637">
              <w:rPr>
                <w:sz w:val="18"/>
              </w:rPr>
              <w:t>Adresa</w:t>
            </w:r>
            <w:proofErr w:type="spellEnd"/>
            <w:r w:rsidRPr="000D0637">
              <w:rPr>
                <w:sz w:val="18"/>
              </w:rPr>
              <w:t xml:space="preserve"> </w:t>
            </w:r>
          </w:p>
        </w:tc>
        <w:tc>
          <w:tcPr>
            <w:tcW w:w="7938" w:type="dxa"/>
          </w:tcPr>
          <w:p w14:paraId="3E339A74" w14:textId="77777777" w:rsidR="006B4EE5" w:rsidRPr="000D0637" w:rsidRDefault="006B4EE5" w:rsidP="000D0637">
            <w:pPr>
              <w:rPr>
                <w:sz w:val="18"/>
              </w:rPr>
            </w:pPr>
          </w:p>
          <w:p w14:paraId="5CB93BEA" w14:textId="77777777" w:rsidR="006B4EE5" w:rsidRPr="000D0637" w:rsidRDefault="006B4EE5" w:rsidP="000D0637">
            <w:pPr>
              <w:rPr>
                <w:sz w:val="18"/>
              </w:rPr>
            </w:pPr>
          </w:p>
        </w:tc>
      </w:tr>
      <w:tr w:rsidR="006B4EE5" w:rsidRPr="000D0637" w14:paraId="487676F9" w14:textId="77777777" w:rsidTr="000D0637">
        <w:tc>
          <w:tcPr>
            <w:tcW w:w="2235" w:type="dxa"/>
            <w:vAlign w:val="center"/>
          </w:tcPr>
          <w:p w14:paraId="2E99E59D" w14:textId="77777777" w:rsidR="006B4EE5" w:rsidRPr="000D0637" w:rsidRDefault="006B4EE5" w:rsidP="000D0637">
            <w:pPr>
              <w:rPr>
                <w:sz w:val="18"/>
              </w:rPr>
            </w:pPr>
            <w:proofErr w:type="spellStart"/>
            <w:r w:rsidRPr="000D0637">
              <w:rPr>
                <w:sz w:val="18"/>
              </w:rPr>
              <w:t>Telefon</w:t>
            </w:r>
            <w:proofErr w:type="spellEnd"/>
            <w:r w:rsidR="000D0637">
              <w:rPr>
                <w:sz w:val="18"/>
              </w:rPr>
              <w:t>/E-mail</w:t>
            </w:r>
          </w:p>
        </w:tc>
        <w:tc>
          <w:tcPr>
            <w:tcW w:w="7938" w:type="dxa"/>
          </w:tcPr>
          <w:p w14:paraId="610A7F37" w14:textId="77777777" w:rsidR="006B4EE5" w:rsidRPr="000D0637" w:rsidRDefault="006B4EE5" w:rsidP="000D0637">
            <w:pPr>
              <w:rPr>
                <w:sz w:val="18"/>
              </w:rPr>
            </w:pPr>
          </w:p>
          <w:p w14:paraId="6ABF503F" w14:textId="77777777" w:rsidR="006B4EE5" w:rsidRPr="000D0637" w:rsidRDefault="006B4EE5" w:rsidP="000D0637">
            <w:pPr>
              <w:rPr>
                <w:sz w:val="18"/>
              </w:rPr>
            </w:pPr>
          </w:p>
        </w:tc>
      </w:tr>
    </w:tbl>
    <w:p w14:paraId="03BF127E" w14:textId="77777777" w:rsidR="006B4EE5" w:rsidRDefault="006B4EE5" w:rsidP="000D0637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7938"/>
      </w:tblGrid>
      <w:tr w:rsidR="000D0637" w14:paraId="7FF530BA" w14:textId="77777777" w:rsidTr="000D0637">
        <w:trPr>
          <w:trHeight w:val="930"/>
        </w:trPr>
        <w:tc>
          <w:tcPr>
            <w:tcW w:w="2235" w:type="dxa"/>
            <w:vAlign w:val="center"/>
          </w:tcPr>
          <w:p w14:paraId="54350BB1" w14:textId="77777777" w:rsidR="000D0637" w:rsidRPr="000D0637" w:rsidRDefault="00DE5109" w:rsidP="000D063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Položka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obsah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zásilky</w:t>
            </w:r>
            <w:proofErr w:type="spellEnd"/>
          </w:p>
        </w:tc>
        <w:tc>
          <w:tcPr>
            <w:tcW w:w="7938" w:type="dxa"/>
          </w:tcPr>
          <w:p w14:paraId="120E6DAE" w14:textId="77777777" w:rsidR="000D0637" w:rsidRDefault="000D0637" w:rsidP="000D0637"/>
          <w:p w14:paraId="4E9260A9" w14:textId="77777777" w:rsidR="00DE5109" w:rsidRDefault="00DE5109" w:rsidP="000D0637"/>
          <w:p w14:paraId="609312ED" w14:textId="77777777" w:rsidR="00DE5109" w:rsidRDefault="00DE5109" w:rsidP="000D0637"/>
          <w:p w14:paraId="0549FEA5" w14:textId="77777777" w:rsidR="00DE5109" w:rsidRDefault="00DE5109" w:rsidP="000D0637"/>
          <w:p w14:paraId="02BAACAD" w14:textId="77777777" w:rsidR="00DE5109" w:rsidRDefault="00DE5109" w:rsidP="000D0637"/>
          <w:p w14:paraId="4E7F2D2F" w14:textId="77777777" w:rsidR="00DE5109" w:rsidRDefault="00DE5109" w:rsidP="000D0637"/>
        </w:tc>
      </w:tr>
      <w:tr w:rsidR="006B4EE5" w14:paraId="39EE67CE" w14:textId="77777777" w:rsidTr="000D0637">
        <w:tc>
          <w:tcPr>
            <w:tcW w:w="2235" w:type="dxa"/>
            <w:vAlign w:val="center"/>
          </w:tcPr>
          <w:p w14:paraId="7C5B3971" w14:textId="77777777" w:rsidR="006B4EE5" w:rsidRPr="000D0637" w:rsidRDefault="006B4EE5" w:rsidP="000D0637">
            <w:pPr>
              <w:rPr>
                <w:sz w:val="20"/>
              </w:rPr>
            </w:pPr>
            <w:r w:rsidRPr="000D0637">
              <w:rPr>
                <w:sz w:val="18"/>
              </w:rPr>
              <w:t xml:space="preserve">Datum </w:t>
            </w:r>
            <w:proofErr w:type="spellStart"/>
            <w:r w:rsidRPr="000D0637">
              <w:rPr>
                <w:sz w:val="18"/>
              </w:rPr>
              <w:t>nákupu</w:t>
            </w:r>
            <w:proofErr w:type="spellEnd"/>
            <w:r w:rsidRPr="000D0637">
              <w:rPr>
                <w:sz w:val="18"/>
              </w:rPr>
              <w:t>/</w:t>
            </w:r>
            <w:proofErr w:type="spellStart"/>
            <w:r w:rsidRPr="000D0637">
              <w:rPr>
                <w:sz w:val="18"/>
              </w:rPr>
              <w:t>číslo</w:t>
            </w:r>
            <w:proofErr w:type="spellEnd"/>
            <w:r w:rsidRPr="000D0637">
              <w:rPr>
                <w:sz w:val="18"/>
              </w:rPr>
              <w:t xml:space="preserve"> </w:t>
            </w:r>
            <w:proofErr w:type="spellStart"/>
            <w:r w:rsidRPr="000D0637">
              <w:rPr>
                <w:sz w:val="18"/>
              </w:rPr>
              <w:t>dokladu</w:t>
            </w:r>
            <w:proofErr w:type="spellEnd"/>
          </w:p>
        </w:tc>
        <w:tc>
          <w:tcPr>
            <w:tcW w:w="7938" w:type="dxa"/>
          </w:tcPr>
          <w:p w14:paraId="52B79737" w14:textId="77777777" w:rsidR="006B4EE5" w:rsidRDefault="006B4EE5" w:rsidP="000D0637"/>
          <w:p w14:paraId="6830F9DC" w14:textId="77777777" w:rsidR="000D0637" w:rsidRDefault="000D0637" w:rsidP="000D0637"/>
        </w:tc>
      </w:tr>
    </w:tbl>
    <w:p w14:paraId="0A111F7C" w14:textId="77777777" w:rsidR="006B4EE5" w:rsidRDefault="006B4EE5" w:rsidP="000D0637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36"/>
        <w:gridCol w:w="5016"/>
      </w:tblGrid>
      <w:tr w:rsidR="00853706" w14:paraId="6980A4F8" w14:textId="77777777" w:rsidTr="002E17D9">
        <w:trPr>
          <w:trHeight w:val="1639"/>
        </w:trPr>
        <w:tc>
          <w:tcPr>
            <w:tcW w:w="5336" w:type="dxa"/>
          </w:tcPr>
          <w:p w14:paraId="7622C722" w14:textId="77777777" w:rsidR="002E17D9" w:rsidRDefault="002E17D9" w:rsidP="00853706">
            <w:pPr>
              <w:rPr>
                <w:b/>
                <w:sz w:val="18"/>
              </w:rPr>
            </w:pPr>
          </w:p>
          <w:p w14:paraId="70366229" w14:textId="7DBA7B8D" w:rsidR="00853706" w:rsidRDefault="00853706" w:rsidP="00853706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Důvod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zaslání</w:t>
            </w:r>
            <w:proofErr w:type="spellEnd"/>
            <w:r>
              <w:rPr>
                <w:b/>
                <w:sz w:val="18"/>
              </w:rPr>
              <w:t>:</w:t>
            </w:r>
          </w:p>
          <w:p w14:paraId="2A6987F5" w14:textId="77777777" w:rsidR="00853706" w:rsidRDefault="00853706" w:rsidP="00853706">
            <w:pPr>
              <w:rPr>
                <w:b/>
                <w:sz w:val="18"/>
              </w:rPr>
            </w:pPr>
          </w:p>
          <w:p w14:paraId="01AB2451" w14:textId="21D0564C" w:rsidR="00853706" w:rsidRDefault="00853706" w:rsidP="00853706">
            <w:pPr>
              <w:pStyle w:val="Odstavecseseznamem"/>
              <w:numPr>
                <w:ilvl w:val="0"/>
                <w:numId w:val="15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Reklamace</w:t>
            </w:r>
          </w:p>
          <w:p w14:paraId="1070AEF2" w14:textId="6198962B" w:rsidR="00853706" w:rsidRDefault="00853706" w:rsidP="00853706">
            <w:pPr>
              <w:pStyle w:val="Odstavecseseznamem"/>
              <w:numPr>
                <w:ilvl w:val="0"/>
                <w:numId w:val="15"/>
              </w:numPr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Pozáruční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oprava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servis</w:t>
            </w:r>
            <w:proofErr w:type="spellEnd"/>
          </w:p>
          <w:p w14:paraId="01249627" w14:textId="114A1C69" w:rsidR="00853706" w:rsidRDefault="00853706" w:rsidP="00853706">
            <w:pPr>
              <w:pStyle w:val="Odstavecseseznamem"/>
              <w:numPr>
                <w:ilvl w:val="0"/>
                <w:numId w:val="15"/>
              </w:numPr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Diagnostika</w:t>
            </w:r>
            <w:proofErr w:type="spellEnd"/>
          </w:p>
          <w:p w14:paraId="59E05F2B" w14:textId="55D7FF31" w:rsidR="00853706" w:rsidRPr="00853706" w:rsidRDefault="00853706" w:rsidP="00853706">
            <w:pPr>
              <w:pStyle w:val="Odstavecseseznamem"/>
              <w:numPr>
                <w:ilvl w:val="0"/>
                <w:numId w:val="15"/>
              </w:numPr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Ostatní</w:t>
            </w:r>
            <w:proofErr w:type="spellEnd"/>
            <w:r>
              <w:rPr>
                <w:b/>
                <w:sz w:val="18"/>
              </w:rPr>
              <w:t>: _____________________________________________</w:t>
            </w:r>
          </w:p>
          <w:p w14:paraId="7B436228" w14:textId="71F250F6" w:rsidR="00853706" w:rsidRDefault="00853706" w:rsidP="00853706">
            <w:pPr>
              <w:rPr>
                <w:b/>
                <w:sz w:val="18"/>
              </w:rPr>
            </w:pPr>
          </w:p>
        </w:tc>
        <w:tc>
          <w:tcPr>
            <w:tcW w:w="5016" w:type="dxa"/>
          </w:tcPr>
          <w:p w14:paraId="034540F7" w14:textId="77777777" w:rsidR="002E17D9" w:rsidRDefault="002E17D9" w:rsidP="00853706">
            <w:pPr>
              <w:rPr>
                <w:b/>
                <w:sz w:val="18"/>
              </w:rPr>
            </w:pPr>
          </w:p>
          <w:p w14:paraId="6319A29F" w14:textId="2F3E4762" w:rsidR="00853706" w:rsidRDefault="002E17D9" w:rsidP="00853706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Požadovaný </w:t>
            </w:r>
            <w:proofErr w:type="spellStart"/>
            <w:r>
              <w:rPr>
                <w:b/>
                <w:sz w:val="18"/>
              </w:rPr>
              <w:t>způsob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vyřízení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reklamace</w:t>
            </w:r>
            <w:proofErr w:type="spellEnd"/>
            <w:r>
              <w:rPr>
                <w:b/>
                <w:sz w:val="18"/>
              </w:rPr>
              <w:t>:</w:t>
            </w:r>
          </w:p>
        </w:tc>
      </w:tr>
    </w:tbl>
    <w:p w14:paraId="4DF17CC3" w14:textId="7CEC38EC" w:rsidR="00853706" w:rsidRDefault="00853706" w:rsidP="00853706">
      <w:pPr>
        <w:spacing w:after="0" w:line="240" w:lineRule="auto"/>
      </w:pPr>
    </w:p>
    <w:p w14:paraId="444C1ED4" w14:textId="7219D25F" w:rsidR="00D65A81" w:rsidRPr="00853706" w:rsidRDefault="003E7976" w:rsidP="00853706">
      <w:pPr>
        <w:spacing w:after="0" w:line="240" w:lineRule="auto"/>
        <w:rPr>
          <w:sz w:val="20"/>
        </w:rPr>
      </w:pPr>
      <w:r>
        <w:br/>
      </w:r>
      <w:proofErr w:type="spellStart"/>
      <w:r w:rsidRPr="00853706">
        <w:rPr>
          <w:sz w:val="20"/>
        </w:rPr>
        <w:t>Popis</w:t>
      </w:r>
      <w:proofErr w:type="spellEnd"/>
      <w:r w:rsidRPr="00853706">
        <w:rPr>
          <w:sz w:val="20"/>
        </w:rPr>
        <w:t xml:space="preserve"> </w:t>
      </w:r>
      <w:proofErr w:type="spellStart"/>
      <w:r w:rsidR="00D65A81" w:rsidRPr="00853706">
        <w:rPr>
          <w:sz w:val="20"/>
        </w:rPr>
        <w:t>závady</w:t>
      </w:r>
      <w:proofErr w:type="spellEnd"/>
      <w:r w:rsidR="000D0637" w:rsidRPr="00853706">
        <w:rPr>
          <w:sz w:val="20"/>
        </w:rPr>
        <w:t xml:space="preserve"> </w:t>
      </w:r>
      <w:r w:rsidR="00237D8F" w:rsidRPr="00853706">
        <w:rPr>
          <w:sz w:val="20"/>
        </w:rPr>
        <w:t xml:space="preserve"> (</w:t>
      </w:r>
      <w:proofErr w:type="spellStart"/>
      <w:r w:rsidR="00237D8F" w:rsidRPr="00853706">
        <w:rPr>
          <w:sz w:val="20"/>
        </w:rPr>
        <w:t>důvod</w:t>
      </w:r>
      <w:proofErr w:type="spellEnd"/>
      <w:r w:rsidR="00237D8F" w:rsidRPr="00853706">
        <w:rPr>
          <w:sz w:val="20"/>
        </w:rPr>
        <w:t xml:space="preserve"> </w:t>
      </w:r>
      <w:proofErr w:type="spellStart"/>
      <w:r w:rsidR="00237D8F" w:rsidRPr="00853706">
        <w:rPr>
          <w:sz w:val="20"/>
        </w:rPr>
        <w:t>zaslání</w:t>
      </w:r>
      <w:proofErr w:type="spellEnd"/>
      <w:r w:rsidR="00237D8F" w:rsidRPr="00853706">
        <w:rPr>
          <w:sz w:val="20"/>
        </w:rPr>
        <w:t xml:space="preserve"> + </w:t>
      </w:r>
      <w:proofErr w:type="spellStart"/>
      <w:r w:rsidR="00237D8F" w:rsidRPr="00853706">
        <w:rPr>
          <w:sz w:val="20"/>
        </w:rPr>
        <w:t>další</w:t>
      </w:r>
      <w:proofErr w:type="spellEnd"/>
      <w:r w:rsidR="00237D8F" w:rsidRPr="00853706">
        <w:rPr>
          <w:sz w:val="20"/>
        </w:rPr>
        <w:t xml:space="preserve"> </w:t>
      </w:r>
      <w:proofErr w:type="spellStart"/>
      <w:r w:rsidR="00237D8F" w:rsidRPr="00853706">
        <w:rPr>
          <w:sz w:val="20"/>
        </w:rPr>
        <w:t>požadavek</w:t>
      </w:r>
      <w:proofErr w:type="spellEnd"/>
      <w:r w:rsidR="00237D8F" w:rsidRPr="00853706">
        <w:rPr>
          <w:sz w:val="20"/>
        </w:rPr>
        <w:t xml:space="preserve"> </w:t>
      </w:r>
      <w:proofErr w:type="spellStart"/>
      <w:r w:rsidR="00237D8F" w:rsidRPr="00853706">
        <w:rPr>
          <w:sz w:val="20"/>
        </w:rPr>
        <w:t>na</w:t>
      </w:r>
      <w:proofErr w:type="spellEnd"/>
      <w:r w:rsidR="00237D8F" w:rsidRPr="00853706">
        <w:rPr>
          <w:sz w:val="20"/>
        </w:rPr>
        <w:t xml:space="preserve"> </w:t>
      </w:r>
      <w:proofErr w:type="spellStart"/>
      <w:r w:rsidR="00237D8F" w:rsidRPr="00853706">
        <w:rPr>
          <w:sz w:val="20"/>
        </w:rPr>
        <w:t>vyřízení</w:t>
      </w:r>
      <w:proofErr w:type="spellEnd"/>
      <w:r w:rsidR="00237D8F" w:rsidRPr="00853706">
        <w:rPr>
          <w:sz w:val="20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D65A81" w:rsidRPr="000D0637" w14:paraId="3CC5BD87" w14:textId="77777777" w:rsidTr="000D0637">
        <w:tc>
          <w:tcPr>
            <w:tcW w:w="10173" w:type="dxa"/>
          </w:tcPr>
          <w:p w14:paraId="37478AA0" w14:textId="77777777" w:rsidR="00D65A81" w:rsidRPr="000D0637" w:rsidRDefault="00D65A81" w:rsidP="000D0637">
            <w:pPr>
              <w:rPr>
                <w:sz w:val="20"/>
              </w:rPr>
            </w:pPr>
          </w:p>
          <w:p w14:paraId="4E9DED46" w14:textId="77777777" w:rsidR="00D65A81" w:rsidRDefault="00D65A81" w:rsidP="000D0637">
            <w:pPr>
              <w:rPr>
                <w:sz w:val="20"/>
              </w:rPr>
            </w:pPr>
          </w:p>
          <w:p w14:paraId="1BA46568" w14:textId="77777777" w:rsidR="00DE5109" w:rsidRDefault="00DE5109" w:rsidP="000D0637">
            <w:pPr>
              <w:rPr>
                <w:sz w:val="20"/>
              </w:rPr>
            </w:pPr>
          </w:p>
          <w:p w14:paraId="0CD30B7E" w14:textId="77777777" w:rsidR="003332A4" w:rsidRDefault="003332A4" w:rsidP="000D0637">
            <w:pPr>
              <w:rPr>
                <w:sz w:val="20"/>
              </w:rPr>
            </w:pPr>
          </w:p>
          <w:p w14:paraId="176CA9E8" w14:textId="77777777" w:rsidR="000D0637" w:rsidRPr="000D0637" w:rsidRDefault="000D0637" w:rsidP="000D0637">
            <w:pPr>
              <w:rPr>
                <w:sz w:val="20"/>
              </w:rPr>
            </w:pPr>
          </w:p>
          <w:p w14:paraId="3EBEE78C" w14:textId="77777777" w:rsidR="00D65A81" w:rsidRPr="000D0637" w:rsidRDefault="00D65A81" w:rsidP="000D0637">
            <w:pPr>
              <w:rPr>
                <w:sz w:val="20"/>
              </w:rPr>
            </w:pPr>
          </w:p>
        </w:tc>
      </w:tr>
    </w:tbl>
    <w:p w14:paraId="0904AB74" w14:textId="77777777" w:rsidR="00237D8F" w:rsidRDefault="00D65A81" w:rsidP="000D0637">
      <w:pPr>
        <w:spacing w:after="0" w:line="240" w:lineRule="auto"/>
        <w:rPr>
          <w:sz w:val="16"/>
        </w:rPr>
      </w:pPr>
      <w:r w:rsidRPr="000D0637">
        <w:rPr>
          <w:sz w:val="16"/>
        </w:rPr>
        <w:t xml:space="preserve">GDPR </w:t>
      </w:r>
      <w:proofErr w:type="spellStart"/>
      <w:r w:rsidRPr="000D0637">
        <w:rPr>
          <w:sz w:val="16"/>
        </w:rPr>
        <w:t>informace</w:t>
      </w:r>
      <w:proofErr w:type="spellEnd"/>
      <w:r w:rsidR="003E7976" w:rsidRPr="000D0637">
        <w:rPr>
          <w:sz w:val="16"/>
        </w:rPr>
        <w:br/>
      </w:r>
      <w:proofErr w:type="spellStart"/>
      <w:r w:rsidR="003E7976" w:rsidRPr="000D0637">
        <w:rPr>
          <w:sz w:val="16"/>
        </w:rPr>
        <w:t>Osobní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údaje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jsou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zpracovávány</w:t>
      </w:r>
      <w:proofErr w:type="spellEnd"/>
      <w:r w:rsidR="003E7976" w:rsidRPr="000D0637">
        <w:rPr>
          <w:sz w:val="16"/>
        </w:rPr>
        <w:t xml:space="preserve"> za </w:t>
      </w:r>
      <w:proofErr w:type="spellStart"/>
      <w:r w:rsidR="003E7976" w:rsidRPr="000D0637">
        <w:rPr>
          <w:sz w:val="16"/>
        </w:rPr>
        <w:t>účelem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vyřízení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servisního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nebo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reklamačního</w:t>
      </w:r>
      <w:proofErr w:type="spellEnd"/>
      <w:r w:rsidR="003E7976" w:rsidRPr="000D0637">
        <w:rPr>
          <w:sz w:val="16"/>
        </w:rPr>
        <w:t xml:space="preserve"> </w:t>
      </w:r>
      <w:proofErr w:type="spellStart"/>
      <w:r w:rsidR="003E7976" w:rsidRPr="000D0637">
        <w:rPr>
          <w:sz w:val="16"/>
        </w:rPr>
        <w:t>případu</w:t>
      </w:r>
      <w:proofErr w:type="spellEnd"/>
      <w:r w:rsidR="003E7976" w:rsidRPr="000D0637">
        <w:rPr>
          <w:sz w:val="16"/>
        </w:rPr>
        <w:t>.</w:t>
      </w:r>
      <w:r w:rsidR="00237D8F">
        <w:rPr>
          <w:sz w:val="16"/>
        </w:rPr>
        <w:t xml:space="preserve"> </w:t>
      </w:r>
      <w:proofErr w:type="spellStart"/>
      <w:r w:rsidR="00237D8F">
        <w:rPr>
          <w:sz w:val="16"/>
        </w:rPr>
        <w:t>Více</w:t>
      </w:r>
      <w:proofErr w:type="spellEnd"/>
      <w:r w:rsidR="00237D8F">
        <w:rPr>
          <w:sz w:val="16"/>
        </w:rPr>
        <w:t xml:space="preserve"> </w:t>
      </w:r>
      <w:proofErr w:type="spellStart"/>
      <w:r w:rsidR="00237D8F">
        <w:rPr>
          <w:sz w:val="16"/>
        </w:rPr>
        <w:t>informací</w:t>
      </w:r>
      <w:proofErr w:type="spellEnd"/>
      <w:r w:rsidR="00237D8F">
        <w:rPr>
          <w:sz w:val="16"/>
        </w:rPr>
        <w:t xml:space="preserve"> v </w:t>
      </w:r>
      <w:proofErr w:type="spellStart"/>
      <w:r w:rsidR="00237D8F">
        <w:rPr>
          <w:sz w:val="16"/>
        </w:rPr>
        <w:t>maloobchodních</w:t>
      </w:r>
      <w:proofErr w:type="spellEnd"/>
      <w:r w:rsidR="00237D8F">
        <w:rPr>
          <w:sz w:val="16"/>
        </w:rPr>
        <w:t xml:space="preserve"> </w:t>
      </w:r>
      <w:proofErr w:type="spellStart"/>
      <w:r w:rsidR="00237D8F">
        <w:rPr>
          <w:sz w:val="16"/>
        </w:rPr>
        <w:t>všeobecných</w:t>
      </w:r>
      <w:proofErr w:type="spellEnd"/>
      <w:r w:rsidR="00237D8F">
        <w:rPr>
          <w:sz w:val="16"/>
        </w:rPr>
        <w:t xml:space="preserve"> </w:t>
      </w:r>
      <w:proofErr w:type="spellStart"/>
      <w:r w:rsidR="00237D8F">
        <w:rPr>
          <w:sz w:val="16"/>
        </w:rPr>
        <w:t>podmínkách</w:t>
      </w:r>
      <w:proofErr w:type="spellEnd"/>
      <w:r w:rsidR="00237D8F">
        <w:rPr>
          <w:sz w:val="16"/>
        </w:rPr>
        <w:t xml:space="preserve"> </w:t>
      </w:r>
    </w:p>
    <w:p w14:paraId="13323897" w14:textId="77777777" w:rsidR="000E4734" w:rsidRPr="000D0637" w:rsidRDefault="00237D8F" w:rsidP="000D0637">
      <w:pPr>
        <w:spacing w:after="0" w:line="240" w:lineRule="auto"/>
        <w:rPr>
          <w:sz w:val="16"/>
        </w:rPr>
      </w:pPr>
      <w:proofErr w:type="spellStart"/>
      <w:r>
        <w:rPr>
          <w:sz w:val="16"/>
        </w:rPr>
        <w:t>na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stránkách</w:t>
      </w:r>
      <w:proofErr w:type="spellEnd"/>
      <w:r>
        <w:rPr>
          <w:sz w:val="16"/>
        </w:rPr>
        <w:t xml:space="preserve"> www.astramodel.cz.</w:t>
      </w:r>
      <w:r w:rsidR="003E7976" w:rsidRPr="000D0637">
        <w:rPr>
          <w:sz w:val="16"/>
        </w:rPr>
        <w:br/>
      </w:r>
    </w:p>
    <w:p w14:paraId="08B1BC38" w14:textId="77777777" w:rsidR="00D65A81" w:rsidRDefault="00D65A81" w:rsidP="000D0637">
      <w:pPr>
        <w:spacing w:after="0" w:line="240" w:lineRule="auto"/>
      </w:pPr>
    </w:p>
    <w:p w14:paraId="258E6F23" w14:textId="77777777" w:rsidR="00D65A81" w:rsidRPr="00237D8F" w:rsidRDefault="003E7976" w:rsidP="000D0637">
      <w:pPr>
        <w:spacing w:after="0" w:line="240" w:lineRule="auto"/>
        <w:rPr>
          <w:sz w:val="18"/>
        </w:rPr>
      </w:pPr>
      <w:proofErr w:type="spellStart"/>
      <w:r w:rsidRPr="00237D8F">
        <w:rPr>
          <w:sz w:val="18"/>
        </w:rPr>
        <w:t>Záznamy</w:t>
      </w:r>
      <w:proofErr w:type="spellEnd"/>
      <w:r w:rsidRPr="00237D8F">
        <w:rPr>
          <w:sz w:val="18"/>
        </w:rPr>
        <w:t xml:space="preserve"> </w:t>
      </w:r>
      <w:proofErr w:type="spellStart"/>
      <w:r w:rsidRPr="00237D8F">
        <w:rPr>
          <w:sz w:val="18"/>
        </w:rPr>
        <w:t>společnosti</w:t>
      </w:r>
      <w:proofErr w:type="spellEnd"/>
      <w:r w:rsidRPr="00237D8F">
        <w:rPr>
          <w:sz w:val="18"/>
        </w:rPr>
        <w:t xml:space="preserve"> ASTRA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3E7976" w14:paraId="600A8D51" w14:textId="77777777" w:rsidTr="00237D8F">
        <w:trPr>
          <w:trHeight w:val="635"/>
        </w:trPr>
        <w:tc>
          <w:tcPr>
            <w:tcW w:w="10314" w:type="dxa"/>
          </w:tcPr>
          <w:p w14:paraId="644A4D6E" w14:textId="77777777" w:rsidR="003E7976" w:rsidRDefault="003E7976" w:rsidP="000D0637"/>
          <w:p w14:paraId="2BD74145" w14:textId="77777777" w:rsidR="003E7976" w:rsidRDefault="003E7976" w:rsidP="000D0637"/>
          <w:p w14:paraId="37AFE67E" w14:textId="77777777" w:rsidR="002E17D9" w:rsidRDefault="002E17D9" w:rsidP="000D0637"/>
          <w:p w14:paraId="58B07C3A" w14:textId="77777777" w:rsidR="002E17D9" w:rsidRDefault="002E17D9" w:rsidP="000D0637"/>
          <w:p w14:paraId="11896C40" w14:textId="77777777" w:rsidR="002E17D9" w:rsidRDefault="002E17D9" w:rsidP="000D0637"/>
        </w:tc>
      </w:tr>
    </w:tbl>
    <w:p w14:paraId="0FDC53DD" w14:textId="77777777" w:rsidR="003E7976" w:rsidRDefault="003E7976" w:rsidP="000D0637">
      <w:pPr>
        <w:spacing w:after="0" w:line="240" w:lineRule="auto"/>
      </w:pPr>
    </w:p>
    <w:p w14:paraId="128A0D4B" w14:textId="77777777" w:rsidR="00237D8F" w:rsidRPr="000D0637" w:rsidRDefault="00237D8F" w:rsidP="00237D8F">
      <w:pPr>
        <w:spacing w:after="0"/>
        <w:rPr>
          <w:sz w:val="16"/>
        </w:rPr>
      </w:pPr>
      <w:proofErr w:type="spellStart"/>
      <w:r w:rsidRPr="000D0637">
        <w:rPr>
          <w:sz w:val="16"/>
        </w:rPr>
        <w:t>kontakt</w:t>
      </w:r>
      <w:proofErr w:type="spellEnd"/>
      <w:r w:rsidRPr="000D0637">
        <w:rPr>
          <w:sz w:val="16"/>
        </w:rPr>
        <w:t xml:space="preserve">: </w:t>
      </w:r>
    </w:p>
    <w:p w14:paraId="552CBF13" w14:textId="77777777" w:rsidR="00237D8F" w:rsidRPr="000D0637" w:rsidRDefault="00237D8F" w:rsidP="00237D8F">
      <w:pPr>
        <w:spacing w:after="0"/>
        <w:rPr>
          <w:sz w:val="16"/>
        </w:rPr>
      </w:pPr>
      <w:r w:rsidRPr="000D0637">
        <w:rPr>
          <w:sz w:val="16"/>
        </w:rPr>
        <w:t xml:space="preserve">ASTRA, spol. s  r. o., </w:t>
      </w:r>
      <w:proofErr w:type="spellStart"/>
      <w:r w:rsidRPr="000D0637">
        <w:rPr>
          <w:sz w:val="16"/>
        </w:rPr>
        <w:t>Prakšická</w:t>
      </w:r>
      <w:proofErr w:type="spellEnd"/>
      <w:r w:rsidRPr="000D0637">
        <w:rPr>
          <w:sz w:val="16"/>
        </w:rPr>
        <w:t xml:space="preserve"> 2589, 68801 </w:t>
      </w:r>
      <w:proofErr w:type="spellStart"/>
      <w:r w:rsidRPr="000D0637">
        <w:rPr>
          <w:sz w:val="16"/>
        </w:rPr>
        <w:t>Uherský</w:t>
      </w:r>
      <w:proofErr w:type="spellEnd"/>
      <w:r w:rsidRPr="000D0637">
        <w:rPr>
          <w:sz w:val="16"/>
        </w:rPr>
        <w:t xml:space="preserve"> Brod, IČO:16949722</w:t>
      </w:r>
    </w:p>
    <w:p w14:paraId="30AB2B06" w14:textId="68567444" w:rsidR="00237D8F" w:rsidRPr="000D0637" w:rsidRDefault="00237D8F" w:rsidP="00237D8F">
      <w:pPr>
        <w:spacing w:after="0"/>
        <w:rPr>
          <w:sz w:val="16"/>
        </w:rPr>
      </w:pPr>
      <w:r w:rsidRPr="000D0637">
        <w:rPr>
          <w:sz w:val="16"/>
        </w:rPr>
        <w:t xml:space="preserve">e-mail: </w:t>
      </w:r>
      <w:hyperlink r:id="rId6" w:history="1">
        <w:r w:rsidR="002E17D9" w:rsidRPr="0044700A">
          <w:rPr>
            <w:rStyle w:val="Hypertextovodkaz"/>
            <w:sz w:val="16"/>
          </w:rPr>
          <w:t>reklamace@astramodel.cz</w:t>
        </w:r>
      </w:hyperlink>
      <w:r>
        <w:rPr>
          <w:sz w:val="16"/>
        </w:rPr>
        <w:t xml:space="preserve">, </w:t>
      </w:r>
      <w:r w:rsidRPr="000D0637">
        <w:rPr>
          <w:sz w:val="16"/>
        </w:rPr>
        <w:t>tel. č.: 572 619</w:t>
      </w:r>
      <w:r>
        <w:rPr>
          <w:sz w:val="16"/>
        </w:rPr>
        <w:t> </w:t>
      </w:r>
      <w:r w:rsidRPr="000D0637">
        <w:rPr>
          <w:sz w:val="16"/>
        </w:rPr>
        <w:t>619</w:t>
      </w:r>
    </w:p>
    <w:p w14:paraId="319E46F8" w14:textId="77777777" w:rsidR="00D65A81" w:rsidRDefault="00D65A81" w:rsidP="000D0637">
      <w:pPr>
        <w:spacing w:after="0" w:line="240" w:lineRule="auto"/>
      </w:pPr>
    </w:p>
    <w:p w14:paraId="20155E01" w14:textId="06904DDF" w:rsidR="00237D8F" w:rsidRPr="00237D8F" w:rsidRDefault="00237D8F" w:rsidP="000D0637">
      <w:pPr>
        <w:spacing w:after="0" w:line="240" w:lineRule="auto"/>
        <w:rPr>
          <w:sz w:val="14"/>
        </w:rPr>
      </w:pPr>
    </w:p>
    <w:sectPr w:rsidR="00237D8F" w:rsidRPr="00237D8F" w:rsidSect="000D0637">
      <w:pgSz w:w="12240" w:h="15840"/>
      <w:pgMar w:top="720" w:right="720" w:bottom="72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F868BB"/>
    <w:multiLevelType w:val="hybridMultilevel"/>
    <w:tmpl w:val="554476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C74767"/>
    <w:multiLevelType w:val="hybridMultilevel"/>
    <w:tmpl w:val="FAD42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26AE7"/>
    <w:multiLevelType w:val="hybridMultilevel"/>
    <w:tmpl w:val="E9AE78E6"/>
    <w:lvl w:ilvl="0" w:tplc="E38AB45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A2366"/>
    <w:multiLevelType w:val="hybridMultilevel"/>
    <w:tmpl w:val="6130F0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81BEA"/>
    <w:multiLevelType w:val="hybridMultilevel"/>
    <w:tmpl w:val="20FCC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B5576"/>
    <w:multiLevelType w:val="hybridMultilevel"/>
    <w:tmpl w:val="A9C448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555196">
    <w:abstractNumId w:val="8"/>
  </w:num>
  <w:num w:numId="2" w16cid:durableId="510920641">
    <w:abstractNumId w:val="6"/>
  </w:num>
  <w:num w:numId="3" w16cid:durableId="396513803">
    <w:abstractNumId w:val="5"/>
  </w:num>
  <w:num w:numId="4" w16cid:durableId="835341387">
    <w:abstractNumId w:val="4"/>
  </w:num>
  <w:num w:numId="5" w16cid:durableId="1148477919">
    <w:abstractNumId w:val="7"/>
  </w:num>
  <w:num w:numId="6" w16cid:durableId="2094354549">
    <w:abstractNumId w:val="3"/>
  </w:num>
  <w:num w:numId="7" w16cid:durableId="329912008">
    <w:abstractNumId w:val="2"/>
  </w:num>
  <w:num w:numId="8" w16cid:durableId="589696626">
    <w:abstractNumId w:val="1"/>
  </w:num>
  <w:num w:numId="9" w16cid:durableId="1131292451">
    <w:abstractNumId w:val="0"/>
  </w:num>
  <w:num w:numId="10" w16cid:durableId="602959278">
    <w:abstractNumId w:val="14"/>
  </w:num>
  <w:num w:numId="11" w16cid:durableId="1084105746">
    <w:abstractNumId w:val="10"/>
  </w:num>
  <w:num w:numId="12" w16cid:durableId="1144742064">
    <w:abstractNumId w:val="9"/>
  </w:num>
  <w:num w:numId="13" w16cid:durableId="940989804">
    <w:abstractNumId w:val="13"/>
  </w:num>
  <w:num w:numId="14" w16cid:durableId="873081676">
    <w:abstractNumId w:val="12"/>
  </w:num>
  <w:num w:numId="15" w16cid:durableId="2146728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86F"/>
    <w:rsid w:val="0006063C"/>
    <w:rsid w:val="000D0637"/>
    <w:rsid w:val="000E4734"/>
    <w:rsid w:val="0015074B"/>
    <w:rsid w:val="00237D8F"/>
    <w:rsid w:val="0029639D"/>
    <w:rsid w:val="002E17D9"/>
    <w:rsid w:val="00326F90"/>
    <w:rsid w:val="003332A4"/>
    <w:rsid w:val="003A7C38"/>
    <w:rsid w:val="003E7976"/>
    <w:rsid w:val="005320B9"/>
    <w:rsid w:val="006B4EE5"/>
    <w:rsid w:val="007248BD"/>
    <w:rsid w:val="00853706"/>
    <w:rsid w:val="00A67A6E"/>
    <w:rsid w:val="00AA1D8D"/>
    <w:rsid w:val="00B47730"/>
    <w:rsid w:val="00CB0664"/>
    <w:rsid w:val="00CC150E"/>
    <w:rsid w:val="00D65A81"/>
    <w:rsid w:val="00DD34AB"/>
    <w:rsid w:val="00DE5109"/>
    <w:rsid w:val="00E229A4"/>
    <w:rsid w:val="00F03593"/>
    <w:rsid w:val="00F50F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F0939D"/>
  <w14:defaultImageDpi w14:val="300"/>
  <w15:docId w15:val="{0426D7C4-A33A-41A8-9745-5855776D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5A81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DD34A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E1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klamace@astramode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8A747D-B388-45A9-80BC-46778BC8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 M</cp:lastModifiedBy>
  <cp:revision>2</cp:revision>
  <dcterms:created xsi:type="dcterms:W3CDTF">2026-10-08T09:28:00Z</dcterms:created>
  <dcterms:modified xsi:type="dcterms:W3CDTF">2026-10-08T09:28:00Z</dcterms:modified>
  <cp:category/>
</cp:coreProperties>
</file>